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2AE0" w:rsidRDefault="004A39A0">
      <w:pPr>
        <w:spacing w:after="240"/>
        <w:jc w:val="center"/>
      </w:pPr>
      <w:r>
        <w:rPr>
          <w:b/>
          <w:sz w:val="24"/>
        </w:rPr>
        <w:t>T.C</w:t>
      </w:r>
      <w:proofErr w:type="gramStart"/>
      <w:r>
        <w:rPr>
          <w:b/>
          <w:sz w:val="24"/>
        </w:rPr>
        <w:t>.</w:t>
      </w:r>
      <w:proofErr w:type="gramEnd"/>
      <w:r>
        <w:rPr>
          <w:b/>
          <w:sz w:val="24"/>
        </w:rPr>
        <w:br/>
      </w:r>
      <w:r w:rsidR="004E776C">
        <w:rPr>
          <w:b/>
          <w:sz w:val="24"/>
        </w:rPr>
        <w:t xml:space="preserve">FİNİKE MESLEK </w:t>
      </w:r>
      <w:r>
        <w:rPr>
          <w:b/>
          <w:sz w:val="24"/>
        </w:rPr>
        <w:t>Y</w:t>
      </w:r>
      <w:r w:rsidR="004E776C">
        <w:rPr>
          <w:b/>
          <w:sz w:val="24"/>
        </w:rPr>
        <w:t>ÜKSEKOKUL MÜDÜRLÜĞÜ</w:t>
      </w:r>
      <w:r w:rsidR="004E776C">
        <w:rPr>
          <w:b/>
          <w:sz w:val="24"/>
        </w:rPr>
        <w:br/>
        <w:t>ÖĞRENCİ MİSAFİRHANE</w:t>
      </w:r>
      <w:r>
        <w:rPr>
          <w:b/>
          <w:sz w:val="24"/>
        </w:rPr>
        <w:t xml:space="preserve"> BAŞVURU FORMU</w:t>
      </w:r>
    </w:p>
    <w:p w:rsidR="007F2AE0" w:rsidRDefault="004A39A0">
      <w:pPr>
        <w:keepNext/>
        <w:pBdr>
          <w:bottom w:val="single" w:sz="6" w:space="1" w:color="003366"/>
        </w:pBdr>
        <w:spacing w:before="160" w:after="80"/>
      </w:pPr>
      <w:r>
        <w:rPr>
          <w:b/>
          <w:color w:val="003366"/>
          <w:sz w:val="22"/>
        </w:rPr>
        <w:t>1. KİŞİSEL VE AKADEMİK BİLGİLER</w:t>
      </w:r>
    </w:p>
    <w:p w:rsidR="007F2AE0" w:rsidRDefault="004A39A0">
      <w:pPr>
        <w:spacing w:after="80"/>
      </w:pPr>
      <w:r>
        <w:rPr>
          <w:b/>
        </w:rPr>
        <w:t xml:space="preserve">T.C. Kimlik No: </w:t>
      </w:r>
      <w:r>
        <w:t xml:space="preserve">………………………………………………    </w:t>
      </w:r>
      <w:r>
        <w:rPr>
          <w:b/>
        </w:rPr>
        <w:t xml:space="preserve">Adı Soyadı: </w:t>
      </w:r>
      <w:r>
        <w:t>……………………………………………………………………………………</w:t>
      </w:r>
      <w:r>
        <w:br/>
      </w:r>
      <w:r>
        <w:rPr>
          <w:b/>
        </w:rPr>
        <w:t xml:space="preserve">Doğum Tarihi/Yeri: </w:t>
      </w:r>
      <w:r>
        <w:t xml:space="preserve">…… / …… / 20……  –  ………………………    </w:t>
      </w:r>
      <w:r>
        <w:rPr>
          <w:b/>
        </w:rPr>
        <w:t xml:space="preserve">Telefon No: </w:t>
      </w:r>
      <w:r>
        <w:t>0 (………) ………………………………</w:t>
      </w:r>
      <w:r>
        <w:br/>
      </w:r>
      <w:r>
        <w:rPr>
          <w:b/>
        </w:rPr>
        <w:t xml:space="preserve">E-posta Adresi: </w:t>
      </w:r>
      <w:r>
        <w:t xml:space="preserve">…………………………………………………………    </w:t>
      </w:r>
      <w:r>
        <w:rPr>
          <w:b/>
        </w:rPr>
        <w:t xml:space="preserve">Öğrenci No: </w:t>
      </w:r>
      <w:r>
        <w:t>……………………………………………………</w:t>
      </w:r>
      <w:r>
        <w:br/>
      </w:r>
      <w:r>
        <w:rPr>
          <w:b/>
        </w:rPr>
        <w:t xml:space="preserve">Bölümü / Programı: </w:t>
      </w:r>
      <w:r>
        <w:t xml:space="preserve">……………………………………………………    </w:t>
      </w:r>
      <w:r>
        <w:rPr>
          <w:b/>
        </w:rPr>
        <w:t xml:space="preserve">Sınıfı: </w:t>
      </w:r>
      <w:r>
        <w:t>(  ) 1. Sınıf    (  ) 2. Sınıf</w:t>
      </w:r>
      <w:r>
        <w:br/>
      </w:r>
      <w:r>
        <w:rPr>
          <w:b/>
        </w:rPr>
        <w:t xml:space="preserve">Engel Durumu: </w:t>
      </w:r>
      <w:r>
        <w:t>(  ) Yok   (  ) Var (Açıklayınız: ……………………………………………………………………………………………………………………………………)</w:t>
      </w:r>
    </w:p>
    <w:p w:rsidR="007F2AE0" w:rsidRDefault="004A39A0">
      <w:pPr>
        <w:keepNext/>
        <w:pBdr>
          <w:bottom w:val="single" w:sz="6" w:space="1" w:color="003366"/>
        </w:pBdr>
        <w:spacing w:before="160" w:after="80"/>
      </w:pPr>
      <w:r>
        <w:rPr>
          <w:b/>
          <w:color w:val="003366"/>
          <w:sz w:val="22"/>
        </w:rPr>
        <w:t>2. AİLE BİLGİLERİ</w:t>
      </w:r>
    </w:p>
    <w:p w:rsidR="007F2AE0" w:rsidRDefault="004A39A0">
      <w:pPr>
        <w:spacing w:after="80"/>
      </w:pPr>
      <w:r>
        <w:rPr>
          <w:b/>
        </w:rPr>
        <w:t xml:space="preserve">Anne Durumu: </w:t>
      </w:r>
      <w:r>
        <w:t>(  ) Sağ - Çalışmıyor    (  ) Sağ - Çalışıyor    (  ) Sağ - Emekli    (  ) Vefat Etmiş</w:t>
      </w:r>
      <w:r>
        <w:br/>
      </w:r>
      <w:r>
        <w:rPr>
          <w:b/>
        </w:rPr>
        <w:t xml:space="preserve">Baba Durumu: </w:t>
      </w:r>
      <w:r>
        <w:t>(  ) Sağ - Çalışmıyor    (  ) Sağ - Çalışıyor    (  ) Sağ - Emekli    (  ) Vefat Etmiş</w:t>
      </w:r>
      <w:r>
        <w:br/>
      </w:r>
      <w:r>
        <w:rPr>
          <w:b/>
        </w:rPr>
        <w:t xml:space="preserve">Anne/Baba Medeni Durumu: </w:t>
      </w:r>
      <w:r>
        <w:t>(  ) Birlikt</w:t>
      </w:r>
      <w:r>
        <w:t>e    (  ) Boşanmış / Ayrı</w:t>
      </w:r>
      <w:r>
        <w:br/>
      </w:r>
      <w:r>
        <w:rPr>
          <w:b/>
        </w:rPr>
        <w:t xml:space="preserve">Aile İkamet Adresi: </w:t>
      </w:r>
      <w:r>
        <w:t>………………………………………………………………………………………………………………………………………………………………………………</w:t>
      </w:r>
      <w:r>
        <w:br/>
      </w:r>
      <w:r>
        <w:rPr>
          <w:b/>
        </w:rPr>
        <w:t xml:space="preserve">Aile Toplam Aylık Net Geliri: </w:t>
      </w:r>
      <w:r>
        <w:t>(  ) 0 - 20.000 TL      (  ) 20.001 - 40.000 TL      (  ) 40.001 TL ve üzeri</w:t>
      </w:r>
      <w:r>
        <w:br/>
      </w:r>
      <w:r>
        <w:rPr>
          <w:b/>
        </w:rPr>
        <w:t>Toplam Kardeş Sayısı (Başvuran Hariç</w:t>
      </w:r>
      <w:r>
        <w:rPr>
          <w:b/>
        </w:rPr>
        <w:t xml:space="preserve">): </w:t>
      </w:r>
      <w:r>
        <w:t>…………</w:t>
      </w:r>
    </w:p>
    <w:p w:rsidR="007F2AE0" w:rsidRDefault="004A39A0">
      <w:pPr>
        <w:keepNext/>
        <w:pBdr>
          <w:bottom w:val="single" w:sz="6" w:space="1" w:color="003366"/>
        </w:pBdr>
        <w:spacing w:before="160" w:after="80"/>
      </w:pPr>
      <w:r>
        <w:rPr>
          <w:b/>
          <w:color w:val="003366"/>
          <w:sz w:val="22"/>
        </w:rPr>
        <w:t>3. KARDEŞLERİN EĞİTİM DURUMU TABLOSU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591"/>
        <w:gridCol w:w="859"/>
        <w:gridCol w:w="1710"/>
        <w:gridCol w:w="4940"/>
      </w:tblGrid>
      <w:tr w:rsidR="007F2AE0">
        <w:trPr>
          <w:jc w:val="center"/>
        </w:trPr>
        <w:tc>
          <w:tcPr>
            <w:tcW w:w="3600" w:type="dxa"/>
            <w:shd w:val="clear" w:color="auto" w:fill="003366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7F2AE0" w:rsidRDefault="004A39A0">
            <w:pPr>
              <w:jc w:val="center"/>
            </w:pPr>
            <w:r>
              <w:rPr>
                <w:b/>
                <w:color w:val="FFFFFF"/>
                <w:sz w:val="19"/>
              </w:rPr>
              <w:t>Kardeşin Adı Soyadı</w:t>
            </w:r>
          </w:p>
        </w:tc>
        <w:tc>
          <w:tcPr>
            <w:tcW w:w="864" w:type="dxa"/>
            <w:shd w:val="clear" w:color="auto" w:fill="003366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7F2AE0" w:rsidRDefault="004A39A0">
            <w:pPr>
              <w:jc w:val="center"/>
            </w:pPr>
            <w:r>
              <w:rPr>
                <w:b/>
                <w:color w:val="FFFFFF"/>
                <w:sz w:val="19"/>
              </w:rPr>
              <w:t>Yaşı</w:t>
            </w:r>
          </w:p>
        </w:tc>
        <w:tc>
          <w:tcPr>
            <w:tcW w:w="1728" w:type="dxa"/>
            <w:shd w:val="clear" w:color="auto" w:fill="003366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7F2AE0" w:rsidRDefault="004A39A0">
            <w:pPr>
              <w:jc w:val="center"/>
            </w:pPr>
            <w:r>
              <w:rPr>
                <w:b/>
                <w:color w:val="FFFFFF"/>
                <w:sz w:val="19"/>
              </w:rPr>
              <w:t>Okuyor mu?</w:t>
            </w:r>
          </w:p>
        </w:tc>
        <w:tc>
          <w:tcPr>
            <w:tcW w:w="4608" w:type="dxa"/>
            <w:shd w:val="clear" w:color="auto" w:fill="003366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7F2AE0" w:rsidRDefault="004A39A0">
            <w:pPr>
              <w:jc w:val="center"/>
            </w:pPr>
            <w:r>
              <w:rPr>
                <w:b/>
                <w:color w:val="FFFFFF"/>
                <w:sz w:val="19"/>
              </w:rPr>
              <w:t>Okuyorsa Eğitim Kademesi (İlkokul, Lise, Üni. vb.)</w:t>
            </w:r>
          </w:p>
        </w:tc>
      </w:tr>
      <w:tr w:rsidR="007F2AE0">
        <w:trPr>
          <w:jc w:val="center"/>
        </w:trPr>
        <w:tc>
          <w:tcPr>
            <w:tcW w:w="360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7F2AE0" w:rsidRDefault="004A39A0">
            <w:r>
              <w:t>1. ……………………………………………………</w:t>
            </w:r>
          </w:p>
        </w:tc>
        <w:tc>
          <w:tcPr>
            <w:tcW w:w="864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7F2AE0" w:rsidRDefault="004A39A0">
            <w:pPr>
              <w:jc w:val="center"/>
            </w:pPr>
            <w:r>
              <w:t>……</w:t>
            </w:r>
          </w:p>
        </w:tc>
        <w:tc>
          <w:tcPr>
            <w:tcW w:w="172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7F2AE0" w:rsidRDefault="004A39A0">
            <w:pPr>
              <w:jc w:val="center"/>
            </w:pPr>
            <w:r>
              <w:t>(  ) Evet   (  ) Hayır</w:t>
            </w:r>
          </w:p>
        </w:tc>
        <w:tc>
          <w:tcPr>
            <w:tcW w:w="460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7F2AE0" w:rsidRDefault="004A39A0">
            <w:r>
              <w:t>……………………………………………………………………………………</w:t>
            </w:r>
          </w:p>
        </w:tc>
      </w:tr>
      <w:tr w:rsidR="007F2AE0">
        <w:trPr>
          <w:jc w:val="center"/>
        </w:trPr>
        <w:tc>
          <w:tcPr>
            <w:tcW w:w="360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7F2AE0" w:rsidRDefault="004A39A0">
            <w:r>
              <w:t>2. ……………………………………………………</w:t>
            </w:r>
          </w:p>
        </w:tc>
        <w:tc>
          <w:tcPr>
            <w:tcW w:w="864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7F2AE0" w:rsidRDefault="004A39A0">
            <w:pPr>
              <w:jc w:val="center"/>
            </w:pPr>
            <w:r>
              <w:t>……</w:t>
            </w:r>
          </w:p>
        </w:tc>
        <w:tc>
          <w:tcPr>
            <w:tcW w:w="172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7F2AE0" w:rsidRDefault="004A39A0">
            <w:pPr>
              <w:jc w:val="center"/>
            </w:pPr>
            <w:r>
              <w:t xml:space="preserve">(  ) Evet   </w:t>
            </w:r>
            <w:r>
              <w:t>(  ) Hayır</w:t>
            </w:r>
          </w:p>
        </w:tc>
        <w:tc>
          <w:tcPr>
            <w:tcW w:w="460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7F2AE0" w:rsidRDefault="004A39A0">
            <w:r>
              <w:t>……………………………………………………………………………………</w:t>
            </w:r>
          </w:p>
        </w:tc>
      </w:tr>
      <w:tr w:rsidR="007F2AE0">
        <w:trPr>
          <w:jc w:val="center"/>
        </w:trPr>
        <w:tc>
          <w:tcPr>
            <w:tcW w:w="360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7F2AE0" w:rsidRDefault="004A39A0">
            <w:r>
              <w:t>3. ……………………………………………………</w:t>
            </w:r>
          </w:p>
        </w:tc>
        <w:tc>
          <w:tcPr>
            <w:tcW w:w="864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7F2AE0" w:rsidRDefault="004A39A0">
            <w:pPr>
              <w:jc w:val="center"/>
            </w:pPr>
            <w:r>
              <w:t>……</w:t>
            </w:r>
          </w:p>
        </w:tc>
        <w:tc>
          <w:tcPr>
            <w:tcW w:w="172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7F2AE0" w:rsidRDefault="004A39A0">
            <w:pPr>
              <w:jc w:val="center"/>
            </w:pPr>
            <w:r>
              <w:t>(  ) Evet   (  ) Hayır</w:t>
            </w:r>
          </w:p>
        </w:tc>
        <w:tc>
          <w:tcPr>
            <w:tcW w:w="460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7F2AE0" w:rsidRDefault="004A39A0">
            <w:r>
              <w:t>……………………………………………………………………………………</w:t>
            </w:r>
          </w:p>
        </w:tc>
      </w:tr>
    </w:tbl>
    <w:p w:rsidR="007F2AE0" w:rsidRDefault="004A39A0">
      <w:pPr>
        <w:keepNext/>
        <w:pBdr>
          <w:bottom w:val="single" w:sz="6" w:space="1" w:color="003366"/>
        </w:pBdr>
        <w:spacing w:before="160" w:after="80"/>
      </w:pPr>
      <w:r>
        <w:rPr>
          <w:b/>
          <w:color w:val="003366"/>
          <w:sz w:val="22"/>
        </w:rPr>
        <w:t>4. ÖZEL DURUM KRİTERLERİ (İlgili belgeler forma eklenmelidir)</w:t>
      </w:r>
    </w:p>
    <w:p w:rsidR="007F2AE0" w:rsidRDefault="004A39A0">
      <w:pPr>
        <w:spacing w:after="80"/>
      </w:pPr>
      <w:r>
        <w:t>(  ) Şehit veya gazi çocuğuyum.</w:t>
      </w:r>
      <w:r>
        <w:br/>
        <w:t xml:space="preserve">(  ) Yetiştirme yurdunda (Devlet </w:t>
      </w:r>
      <w:r>
        <w:t>korumasında) büyüdüm.</w:t>
      </w:r>
      <w:r>
        <w:br/>
        <w:t>(  ) Doğal afet (deprem, sel vb.) mağduruyum.</w:t>
      </w:r>
    </w:p>
    <w:p w:rsidR="007F2AE0" w:rsidRDefault="004A39A0">
      <w:pPr>
        <w:keepNext/>
        <w:pBdr>
          <w:bottom w:val="single" w:sz="6" w:space="1" w:color="003366"/>
        </w:pBdr>
        <w:spacing w:before="160" w:after="80"/>
      </w:pPr>
      <w:r>
        <w:rPr>
          <w:b/>
          <w:color w:val="003366"/>
          <w:sz w:val="22"/>
        </w:rPr>
        <w:t>5. ÖĞRENCİ BEYANI VE İMZA</w:t>
      </w:r>
    </w:p>
    <w:p w:rsidR="007F2AE0" w:rsidRDefault="004A39A0">
      <w:pPr>
        <w:spacing w:before="80" w:after="400"/>
      </w:pPr>
      <w:proofErr w:type="spellStart"/>
      <w:r>
        <w:t>Formda</w:t>
      </w:r>
      <w:proofErr w:type="spellEnd"/>
      <w:r>
        <w:t xml:space="preserve"> beyan ettiğim tüm bilgilerin doğru ve eksiksiz olduğunu, durumumda değişiklik olduğunda bildireceğimi, hatalı veya yalan beyanda bulunmam halinde yurt kayd</w:t>
      </w:r>
      <w:r>
        <w:t xml:space="preserve">ımın silineceğini </w:t>
      </w:r>
      <w:proofErr w:type="gramStart"/>
      <w:r>
        <w:t>kabul</w:t>
      </w:r>
      <w:proofErr w:type="gramEnd"/>
      <w:r>
        <w:t xml:space="preserve"> ve taahhüt ederim.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6480"/>
        <w:gridCol w:w="4320"/>
      </w:tblGrid>
      <w:tr w:rsidR="007F2AE0">
        <w:trPr>
          <w:jc w:val="center"/>
        </w:trPr>
        <w:tc>
          <w:tcPr>
            <w:tcW w:w="6480" w:type="dxa"/>
          </w:tcPr>
          <w:p w:rsidR="007F2AE0" w:rsidRDefault="007F2AE0"/>
        </w:tc>
        <w:tc>
          <w:tcPr>
            <w:tcW w:w="4320" w:type="dxa"/>
          </w:tcPr>
          <w:p w:rsidR="007F2AE0" w:rsidRDefault="004A39A0" w:rsidP="004E776C">
            <w:r>
              <w:rPr>
                <w:b/>
              </w:rPr>
              <w:t>Tarih</w:t>
            </w:r>
            <w:proofErr w:type="gramStart"/>
            <w:r>
              <w:rPr>
                <w:b/>
              </w:rPr>
              <w:t>:  ……</w:t>
            </w:r>
            <w:proofErr w:type="gramEnd"/>
            <w:r>
              <w:rPr>
                <w:b/>
              </w:rPr>
              <w:t xml:space="preserve"> / …… / 20……</w:t>
            </w:r>
            <w:r>
              <w:rPr>
                <w:b/>
              </w:rPr>
              <w:br/>
            </w:r>
            <w:r>
              <w:rPr>
                <w:b/>
              </w:rPr>
              <w:br/>
            </w:r>
            <w:proofErr w:type="spellStart"/>
            <w:r>
              <w:rPr>
                <w:b/>
              </w:rPr>
              <w:t>Öğrenci</w:t>
            </w:r>
            <w:proofErr w:type="spellEnd"/>
            <w:r>
              <w:rPr>
                <w:b/>
              </w:rPr>
              <w:t xml:space="preserve"> </w:t>
            </w:r>
            <w:r w:rsidR="004E776C"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İmza</w:t>
            </w:r>
            <w:proofErr w:type="spellEnd"/>
            <w:r>
              <w:rPr>
                <w:b/>
              </w:rPr>
              <w:t>:</w:t>
            </w:r>
            <w:bookmarkStart w:id="0" w:name="_GoBack"/>
            <w:bookmarkEnd w:id="0"/>
          </w:p>
        </w:tc>
      </w:tr>
    </w:tbl>
    <w:p w:rsidR="004A39A0" w:rsidRDefault="004A39A0"/>
    <w:sectPr w:rsidR="004A39A0" w:rsidSect="00034616">
      <w:pgSz w:w="12240" w:h="15840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A39A0"/>
    <w:rsid w:val="004E776C"/>
    <w:rsid w:val="007F2AE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KonuBal">
    <w:name w:val="Subtitle"/>
    <w:basedOn w:val="Normal"/>
    <w:next w:val="Normal"/>
    <w:link w:val="AltKonuBa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KonuBalChar">
    <w:name w:val="Alt Konu Başlığı Char"/>
    <w:basedOn w:val="VarsaylanParagrafYazTipi"/>
    <w:link w:val="AltKonuBa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Trnak">
    <w:name w:val="Quote"/>
    <w:basedOn w:val="Normal"/>
    <w:next w:val="Normal"/>
    <w:link w:val="TrnakChar"/>
    <w:uiPriority w:val="29"/>
    <w:qFormat/>
    <w:rsid w:val="00FC693F"/>
    <w:rPr>
      <w:i/>
      <w:iCs/>
      <w:color w:val="000000" w:themeColor="text1"/>
    </w:rPr>
  </w:style>
  <w:style w:type="character" w:customStyle="1" w:styleId="TrnakChar">
    <w:name w:val="Tırnak Char"/>
    <w:basedOn w:val="VarsaylanParagrafYazTipi"/>
    <w:link w:val="Trnak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KeskinTrnak">
    <w:name w:val="Intense Quote"/>
    <w:basedOn w:val="Normal"/>
    <w:next w:val="Normal"/>
    <w:link w:val="KeskinTrnak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eskinTrnakChar">
    <w:name w:val="Keskin Tırnak Char"/>
    <w:basedOn w:val="VarsaylanParagrafYazTipi"/>
    <w:link w:val="KeskinTrnak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BalonMetni">
    <w:name w:val="Balloon Text"/>
    <w:basedOn w:val="Normal"/>
    <w:link w:val="BalonMetniChar"/>
    <w:uiPriority w:val="99"/>
    <w:semiHidden/>
    <w:unhideWhenUsed/>
    <w:rsid w:val="004E77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E776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KonuBal">
    <w:name w:val="Subtitle"/>
    <w:basedOn w:val="Normal"/>
    <w:next w:val="Normal"/>
    <w:link w:val="AltKonuBa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KonuBalChar">
    <w:name w:val="Alt Konu Başlığı Char"/>
    <w:basedOn w:val="VarsaylanParagrafYazTipi"/>
    <w:link w:val="AltKonuBa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Trnak">
    <w:name w:val="Quote"/>
    <w:basedOn w:val="Normal"/>
    <w:next w:val="Normal"/>
    <w:link w:val="TrnakChar"/>
    <w:uiPriority w:val="29"/>
    <w:qFormat/>
    <w:rsid w:val="00FC693F"/>
    <w:rPr>
      <w:i/>
      <w:iCs/>
      <w:color w:val="000000" w:themeColor="text1"/>
    </w:rPr>
  </w:style>
  <w:style w:type="character" w:customStyle="1" w:styleId="TrnakChar">
    <w:name w:val="Tırnak Char"/>
    <w:basedOn w:val="VarsaylanParagrafYazTipi"/>
    <w:link w:val="Trnak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KeskinTrnak">
    <w:name w:val="Intense Quote"/>
    <w:basedOn w:val="Normal"/>
    <w:next w:val="Normal"/>
    <w:link w:val="KeskinTrnak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eskinTrnakChar">
    <w:name w:val="Keskin Tırnak Char"/>
    <w:basedOn w:val="VarsaylanParagrafYazTipi"/>
    <w:link w:val="KeskinTrnak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BalonMetni">
    <w:name w:val="Balloon Text"/>
    <w:basedOn w:val="Normal"/>
    <w:link w:val="BalonMetniChar"/>
    <w:uiPriority w:val="99"/>
    <w:semiHidden/>
    <w:unhideWhenUsed/>
    <w:rsid w:val="004E77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E776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E2B6C14-1164-4FB5-9239-BC4D2FDE6C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282</Words>
  <Characters>1612</Characters>
  <Application>Microsoft Office Word</Application>
  <DocSecurity>0</DocSecurity>
  <Lines>13</Lines>
  <Paragraphs>3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1891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PC</cp:lastModifiedBy>
  <cp:revision>3</cp:revision>
  <cp:lastPrinted>2026-08-28T12:37:00Z</cp:lastPrinted>
  <dcterms:created xsi:type="dcterms:W3CDTF">2013-12-23T23:15:00Z</dcterms:created>
  <dcterms:modified xsi:type="dcterms:W3CDTF">2026-08-28T12:41:00Z</dcterms:modified>
  <cp:category/>
</cp:coreProperties>
</file>