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B8509" w14:textId="77777777" w:rsidR="00214ECE" w:rsidRPr="00A617CB" w:rsidRDefault="00000000">
      <w:pPr>
        <w:spacing w:after="0"/>
        <w:jc w:val="center"/>
        <w:rPr>
          <w:sz w:val="26"/>
          <w:szCs w:val="26"/>
        </w:rPr>
      </w:pPr>
      <w:r w:rsidRPr="00A617CB">
        <w:rPr>
          <w:b/>
          <w:sz w:val="26"/>
          <w:szCs w:val="26"/>
        </w:rPr>
        <w:t>T.C.</w:t>
      </w:r>
    </w:p>
    <w:p w14:paraId="1C0B99D7" w14:textId="77777777" w:rsidR="00214ECE" w:rsidRPr="00A617CB" w:rsidRDefault="00000000">
      <w:pPr>
        <w:spacing w:after="0"/>
        <w:jc w:val="center"/>
        <w:rPr>
          <w:sz w:val="26"/>
          <w:szCs w:val="26"/>
        </w:rPr>
      </w:pPr>
      <w:r w:rsidRPr="00A617CB">
        <w:rPr>
          <w:b/>
          <w:sz w:val="26"/>
          <w:szCs w:val="26"/>
        </w:rPr>
        <w:t>AKDENİZ ÜNİVERSİTESİ</w:t>
      </w:r>
    </w:p>
    <w:p w14:paraId="04199258" w14:textId="77777777" w:rsidR="00214ECE" w:rsidRDefault="00000000">
      <w:pPr>
        <w:spacing w:after="280"/>
        <w:jc w:val="center"/>
      </w:pPr>
      <w:r>
        <w:rPr>
          <w:b/>
        </w:rPr>
        <w:t>……………………………………</w:t>
      </w:r>
    </w:p>
    <w:p w14:paraId="640FE726" w14:textId="77777777" w:rsidR="00214ECE" w:rsidRDefault="00000000">
      <w:pPr>
        <w:spacing w:after="280"/>
      </w:pPr>
      <w:r>
        <w:rPr>
          <w:b/>
        </w:rPr>
        <w:t xml:space="preserve">Konu: </w:t>
      </w:r>
      <w:r>
        <w:t>Karşılıklı Naklen Atanma Talebi</w:t>
      </w:r>
    </w:p>
    <w:p w14:paraId="51238AF3" w14:textId="77777777" w:rsidR="00214ECE" w:rsidRDefault="00000000" w:rsidP="00A617CB">
      <w:pPr>
        <w:spacing w:after="280"/>
        <w:jc w:val="both"/>
      </w:pPr>
      <w:r>
        <w:t>Yükseköğretim Kurulu Başkanlığı Personel Bilgi Sistemi (PBS) üzerinden gerçekleştirilen karşılıklı naklen atanma işlemleri kapsamında, aşağıda belirtilen Üniversiteye naklen atanmak üzere eşleşmiş bulunmaktayım.</w:t>
      </w:r>
    </w:p>
    <w:p w14:paraId="5B966691" w14:textId="77777777" w:rsidR="00214ECE" w:rsidRDefault="00000000" w:rsidP="00A617CB">
      <w:pPr>
        <w:spacing w:after="140" w:line="360" w:lineRule="auto"/>
      </w:pPr>
      <w:r>
        <w:rPr>
          <w:b/>
        </w:rPr>
        <w:t xml:space="preserve">Naklen Atanmak İstediğim Üniversite: </w:t>
      </w:r>
      <w:r>
        <w:t>....................................................................................................</w:t>
      </w:r>
    </w:p>
    <w:p w14:paraId="33E99DCC" w14:textId="77777777" w:rsidR="00214ECE" w:rsidRDefault="00000000" w:rsidP="00A617CB">
      <w:pPr>
        <w:spacing w:after="140" w:line="360" w:lineRule="auto"/>
      </w:pPr>
      <w:r>
        <w:rPr>
          <w:b/>
        </w:rPr>
        <w:t xml:space="preserve">Adı Soyadı: </w:t>
      </w:r>
      <w:r>
        <w:t>......................................................</w:t>
      </w:r>
    </w:p>
    <w:p w14:paraId="24575BC6" w14:textId="77777777" w:rsidR="00214ECE" w:rsidRDefault="00000000" w:rsidP="00A617CB">
      <w:pPr>
        <w:spacing w:after="140" w:line="360" w:lineRule="auto"/>
      </w:pPr>
      <w:r>
        <w:rPr>
          <w:b/>
        </w:rPr>
        <w:t xml:space="preserve">T.C. Kimlik No: </w:t>
      </w:r>
      <w:r>
        <w:t>......................................................</w:t>
      </w:r>
    </w:p>
    <w:p w14:paraId="46688B67" w14:textId="77777777" w:rsidR="00214ECE" w:rsidRDefault="00000000" w:rsidP="00A617CB">
      <w:pPr>
        <w:spacing w:after="140" w:line="360" w:lineRule="auto"/>
      </w:pPr>
      <w:r>
        <w:rPr>
          <w:b/>
        </w:rPr>
        <w:t xml:space="preserve">Görev Yaptığı Birim: </w:t>
      </w:r>
      <w:r>
        <w:t>......................................................</w:t>
      </w:r>
    </w:p>
    <w:p w14:paraId="33B8CB68" w14:textId="77777777" w:rsidR="00214ECE" w:rsidRDefault="00000000" w:rsidP="00A617CB">
      <w:pPr>
        <w:spacing w:after="140" w:line="360" w:lineRule="auto"/>
      </w:pPr>
      <w:r>
        <w:rPr>
          <w:b/>
        </w:rPr>
        <w:t xml:space="preserve">Ünvanı: </w:t>
      </w:r>
      <w:r>
        <w:t>......................................................</w:t>
      </w:r>
    </w:p>
    <w:p w14:paraId="53601837" w14:textId="77777777" w:rsidR="00214ECE" w:rsidRDefault="00000000" w:rsidP="00A617CB">
      <w:pPr>
        <w:spacing w:before="160" w:after="400"/>
        <w:jc w:val="both"/>
      </w:pPr>
      <w:r>
        <w:t xml:space="preserve">Belirtilen Üniversiteye naklen atanmam için gerekli </w:t>
      </w:r>
      <w:r>
        <w:rPr>
          <w:b/>
        </w:rPr>
        <w:t>muvafakat işlemlerinin başlatılması</w:t>
      </w:r>
      <w:r>
        <w:t xml:space="preserve"> hususunda gereğini arz ederim.</w:t>
      </w:r>
    </w:p>
    <w:p w14:paraId="288DE21B" w14:textId="77777777" w:rsidR="00214ECE" w:rsidRDefault="00000000">
      <w:pPr>
        <w:spacing w:after="400"/>
        <w:jc w:val="right"/>
      </w:pPr>
      <w:r>
        <w:t>Tarih: ……/……/2026</w:t>
      </w:r>
    </w:p>
    <w:p w14:paraId="6627DD67" w14:textId="77777777" w:rsidR="00214ECE" w:rsidRDefault="00000000">
      <w:pPr>
        <w:spacing w:after="320"/>
        <w:jc w:val="right"/>
      </w:pPr>
      <w:r>
        <w:t>İmza: ____________________</w:t>
      </w:r>
    </w:p>
    <w:p w14:paraId="2265B015" w14:textId="77777777" w:rsidR="00214ECE" w:rsidRDefault="00000000">
      <w:pPr>
        <w:spacing w:before="240" w:after="0" w:line="240" w:lineRule="auto"/>
      </w:pPr>
      <w:r>
        <w:rPr>
          <w:b/>
        </w:rPr>
        <w:t xml:space="preserve">Not: </w:t>
      </w:r>
      <w:proofErr w:type="spellStart"/>
      <w:r>
        <w:t>Dilekçenin</w:t>
      </w:r>
      <w:proofErr w:type="spellEnd"/>
      <w:r>
        <w:t xml:space="preserve">, </w:t>
      </w:r>
      <w:proofErr w:type="spellStart"/>
      <w:r>
        <w:t>görev</w:t>
      </w:r>
      <w:proofErr w:type="spellEnd"/>
      <w:r>
        <w:t xml:space="preserve"> </w:t>
      </w:r>
      <w:proofErr w:type="spellStart"/>
      <w:r>
        <w:t>yaptığınız</w:t>
      </w:r>
      <w:proofErr w:type="spellEnd"/>
      <w:r>
        <w:t xml:space="preserve"> birimin personel işlerine teslim edilmesi gerekmektedir.</w:t>
      </w:r>
    </w:p>
    <w:sectPr w:rsidR="00214ECE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3131615">
    <w:abstractNumId w:val="8"/>
  </w:num>
  <w:num w:numId="2" w16cid:durableId="1503855262">
    <w:abstractNumId w:val="6"/>
  </w:num>
  <w:num w:numId="3" w16cid:durableId="370502401">
    <w:abstractNumId w:val="5"/>
  </w:num>
  <w:num w:numId="4" w16cid:durableId="1725375948">
    <w:abstractNumId w:val="4"/>
  </w:num>
  <w:num w:numId="5" w16cid:durableId="1591500246">
    <w:abstractNumId w:val="7"/>
  </w:num>
  <w:num w:numId="6" w16cid:durableId="704523941">
    <w:abstractNumId w:val="3"/>
  </w:num>
  <w:num w:numId="7" w16cid:durableId="1573421046">
    <w:abstractNumId w:val="2"/>
  </w:num>
  <w:num w:numId="8" w16cid:durableId="1518617356">
    <w:abstractNumId w:val="1"/>
  </w:num>
  <w:num w:numId="9" w16cid:durableId="1938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1F2A"/>
    <w:rsid w:val="00214ECE"/>
    <w:rsid w:val="0029639D"/>
    <w:rsid w:val="00326F90"/>
    <w:rsid w:val="00A617C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20AE29"/>
  <w14:defaultImageDpi w14:val="300"/>
  <w15:docId w15:val="{5C0D9F2F-5B66-4A74-95E5-421C22F1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Ümmet YEŞİL</cp:lastModifiedBy>
  <cp:revision>2</cp:revision>
  <dcterms:created xsi:type="dcterms:W3CDTF">2026-09-08T09:04:00Z</dcterms:created>
  <dcterms:modified xsi:type="dcterms:W3CDTF">2026-09-08T09:04:00Z</dcterms:modified>
  <cp:category/>
</cp:coreProperties>
</file>